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center"/>
        <w:tblLayout w:type="fixed"/>
        <w:tblLook w:val="04A0" w:firstRow="1" w:lastRow="0" w:firstColumn="1" w:lastColumn="0" w:noHBand="0" w:noVBand="1"/>
      </w:tblPr>
      <w:tblGrid>
        <w:gridCol w:w="4608"/>
        <w:gridCol w:w="5315"/>
      </w:tblGrid>
      <w:tr w:rsidR="00AC6BE4" w14:paraId="361BEC8F" w14:textId="77777777" w:rsidTr="00764F0C">
        <w:trPr>
          <w:jc w:val="center"/>
        </w:trPr>
        <w:tc>
          <w:tcPr>
            <w:tcW w:w="4608" w:type="dxa"/>
          </w:tcPr>
          <w:p w14:paraId="1D30E7E6" w14:textId="29AA6ABB" w:rsidR="00AC6BE4" w:rsidRDefault="00695A8C">
            <w:pPr>
              <w:spacing w:after="40"/>
              <w:jc w:val="center"/>
            </w:pPr>
            <w:r>
              <w:rPr>
                <w:rFonts w:ascii="Times New Roman" w:hAnsi="Times New Roman"/>
                <w:i/>
              </w:rPr>
              <w:t>Mẫu số 06. Tờ trình đề nghị giải thể cơ sở giáo dục</w:t>
            </w:r>
            <w:r>
              <w:rPr>
                <w:rFonts w:ascii="Times New Roman" w:hAnsi="Times New Roman"/>
                <w:i/>
              </w:rPr>
              <w:br/>
            </w:r>
            <w:r>
              <w:rPr>
                <w:rFonts w:ascii="Times New Roman" w:hAnsi="Times New Roman"/>
                <w:sz w:val="24"/>
              </w:rPr>
              <w:t>UBND PHƯỜNG LONG HƯNG</w:t>
            </w:r>
            <w:r>
              <w:rPr>
                <w:rFonts w:ascii="Times New Roman" w:hAnsi="Times New Roman"/>
                <w:sz w:val="24"/>
              </w:rPr>
              <w:br/>
            </w:r>
            <w:r>
              <w:rPr>
                <w:rFonts w:ascii="Times New Roman" w:hAnsi="Times New Roman"/>
                <w:b/>
                <w:sz w:val="24"/>
              </w:rPr>
              <w:t>MẦM NON ĐỘC LẬP …………</w:t>
            </w:r>
          </w:p>
          <w:p w14:paraId="783D34AC" w14:textId="77777777" w:rsidR="00AC6BE4" w:rsidRDefault="00695A8C">
            <w:pPr>
              <w:spacing w:before="120"/>
              <w:jc w:val="center"/>
            </w:pPr>
            <w:r>
              <w:rPr>
                <w:rFonts w:ascii="Times New Roman" w:hAnsi="Times New Roman"/>
                <w:i/>
                <w:sz w:val="24"/>
              </w:rPr>
              <w:t>Số: ...../.....</w:t>
            </w:r>
            <w:r>
              <w:rPr>
                <w:rFonts w:ascii="Times New Roman" w:hAnsi="Times New Roman"/>
                <w:i/>
                <w:sz w:val="24"/>
              </w:rPr>
              <w:br/>
              <w:t>V/v đề nghị giải thể</w:t>
            </w:r>
            <w:r>
              <w:rPr>
                <w:rFonts w:ascii="Times New Roman" w:hAnsi="Times New Roman"/>
                <w:i/>
                <w:sz w:val="24"/>
              </w:rPr>
              <w:br/>
              <w:t>cơ sở giáo dục</w:t>
            </w:r>
          </w:p>
        </w:tc>
        <w:tc>
          <w:tcPr>
            <w:tcW w:w="5315" w:type="dxa"/>
          </w:tcPr>
          <w:p w14:paraId="5F1AADAF" w14:textId="77777777" w:rsidR="00AC6BE4" w:rsidRDefault="00695A8C">
            <w:pPr>
              <w:spacing w:after="40"/>
              <w:jc w:val="center"/>
            </w:pPr>
            <w:r>
              <w:rPr>
                <w:rFonts w:ascii="Times New Roman" w:hAnsi="Times New Roman"/>
                <w:b/>
                <w:sz w:val="24"/>
              </w:rPr>
              <w:t>CỘNG HÒA XÃ HỘI CHỦ NGHĨA VIỆT NAM</w:t>
            </w:r>
            <w:r>
              <w:rPr>
                <w:rFonts w:ascii="Times New Roman" w:hAnsi="Times New Roman"/>
                <w:b/>
                <w:sz w:val="24"/>
              </w:rPr>
              <w:br/>
            </w:r>
            <w:r>
              <w:rPr>
                <w:rFonts w:ascii="Times New Roman" w:hAnsi="Times New Roman"/>
                <w:b/>
                <w:sz w:val="26"/>
              </w:rPr>
              <w:t>Độc lập - Tự do - Hạnh phúc</w:t>
            </w:r>
          </w:p>
          <w:p w14:paraId="1D85EE83" w14:textId="4F3EA5E8" w:rsidR="00AC6BE4" w:rsidRDefault="00764F0C">
            <w:pPr>
              <w:spacing w:before="120"/>
              <w:jc w:val="center"/>
            </w:pPr>
            <w:r>
              <w:rPr>
                <w:rFonts w:ascii="Times New Roman" w:hAnsi="Times New Roman"/>
                <w:i/>
                <w:sz w:val="24"/>
              </w:rPr>
              <w:t>Hố Nai, ngày ... tháng ... năm 2025</w:t>
            </w:r>
          </w:p>
        </w:tc>
      </w:tr>
    </w:tbl>
    <w:p w14:paraId="684F0309" w14:textId="34A08A30" w:rsidR="00AC6BE4" w:rsidRDefault="00695A8C">
      <w:pPr>
        <w:spacing w:before="360" w:after="280"/>
        <w:jc w:val="center"/>
      </w:pPr>
      <w:r>
        <w:rPr>
          <w:rFonts w:ascii="Times New Roman" w:hAnsi="Times New Roman"/>
          <w:b/>
          <w:sz w:val="26"/>
        </w:rPr>
        <w:t>Kính gửi: UBND Phường Long Hưng</w:t>
      </w:r>
    </w:p>
    <w:p w14:paraId="3A346F59" w14:textId="08D1D8D6" w:rsidR="00AC6BE4" w:rsidRDefault="00695A8C">
      <w:pPr>
        <w:spacing w:after="60" w:line="288" w:lineRule="auto"/>
      </w:pPr>
      <w:r>
        <w:rPr>
          <w:rFonts w:ascii="Times New Roman" w:hAnsi="Times New Roman"/>
          <w:b/>
          <w:sz w:val="26"/>
        </w:rPr>
        <w:t xml:space="preserve">1. Thông tin về cơ quan, tổ chức, cá nhân đề nghị giải thể cơ sở giáo dục: </w:t>
      </w:r>
      <w:r w:rsidR="005124FD">
        <w:rPr>
          <w:rFonts w:ascii="Times New Roman" w:hAnsi="Times New Roman"/>
          <w:sz w:val="26"/>
        </w:rPr>
        <w:t>ACD</w:t>
      </w:r>
    </w:p>
    <w:p w14:paraId="08A08593" w14:textId="2865B54A" w:rsidR="00AC6BE4" w:rsidRDefault="00695A8C">
      <w:pPr>
        <w:spacing w:after="60" w:line="288" w:lineRule="auto"/>
      </w:pPr>
      <w:r>
        <w:rPr>
          <w:rFonts w:ascii="Times New Roman" w:hAnsi="Times New Roman"/>
          <w:b/>
          <w:sz w:val="26"/>
        </w:rPr>
        <w:t xml:space="preserve">2. Đề nghị giải thể: </w:t>
      </w:r>
      <w:r>
        <w:rPr>
          <w:rFonts w:ascii="Times New Roman" w:hAnsi="Times New Roman"/>
          <w:sz w:val="26"/>
        </w:rPr>
        <w:t xml:space="preserve">Mầm non Độc Lập </w:t>
      </w:r>
      <w:r w:rsidR="005124FD">
        <w:rPr>
          <w:rFonts w:ascii="Times New Roman" w:hAnsi="Times New Roman"/>
          <w:sz w:val="26"/>
        </w:rPr>
        <w:t>ACD</w:t>
      </w:r>
    </w:p>
    <w:p w14:paraId="1130FC85" w14:textId="77777777" w:rsidR="00AC6BE4" w:rsidRDefault="00695A8C">
      <w:pPr>
        <w:spacing w:after="60" w:line="288" w:lineRule="auto"/>
      </w:pPr>
      <w:r>
        <w:rPr>
          <w:rFonts w:ascii="Times New Roman" w:hAnsi="Times New Roman"/>
          <w:b/>
          <w:sz w:val="26"/>
        </w:rPr>
        <w:t>3. Thông tin về cơ sở giáo dục đề nghị giải thể:</w:t>
      </w:r>
    </w:p>
    <w:p w14:paraId="1F5442ED" w14:textId="6178D430" w:rsidR="00AC6BE4" w:rsidRDefault="00695A8C">
      <w:pPr>
        <w:spacing w:after="60" w:line="288" w:lineRule="auto"/>
      </w:pPr>
      <w:r>
        <w:rPr>
          <w:rFonts w:ascii="Times New Roman" w:hAnsi="Times New Roman"/>
          <w:sz w:val="26"/>
        </w:rPr>
        <w:t xml:space="preserve">   a) Tên cơ sở giáo dục: Mầm non Độc Lập </w:t>
      </w:r>
      <w:r w:rsidR="005124FD">
        <w:rPr>
          <w:rFonts w:ascii="Times New Roman" w:hAnsi="Times New Roman"/>
          <w:sz w:val="26"/>
        </w:rPr>
        <w:t>ACD</w:t>
      </w:r>
    </w:p>
    <w:p w14:paraId="7E9831F2" w14:textId="77777777" w:rsidR="00AC6BE4" w:rsidRDefault="00695A8C">
      <w:pPr>
        <w:spacing w:after="60" w:line="288" w:lineRule="auto"/>
      </w:pPr>
      <w:r>
        <w:rPr>
          <w:rFonts w:ascii="Times New Roman" w:hAnsi="Times New Roman"/>
          <w:sz w:val="26"/>
        </w:rPr>
        <w:t xml:space="preserve">   Tên giao dịch quốc tế bằng tiếng Anh (nếu có): ........................................................</w:t>
      </w:r>
    </w:p>
    <w:p w14:paraId="2FC1056E" w14:textId="77777777" w:rsidR="00AC6BE4" w:rsidRDefault="00695A8C">
      <w:pPr>
        <w:spacing w:after="60" w:line="288" w:lineRule="auto"/>
      </w:pPr>
      <w:r>
        <w:rPr>
          <w:rFonts w:ascii="Times New Roman" w:hAnsi="Times New Roman"/>
          <w:sz w:val="26"/>
        </w:rPr>
        <w:t xml:space="preserve">   b) Thuộc: ...................................................................................................................</w:t>
      </w:r>
    </w:p>
    <w:p w14:paraId="1AFA11D3" w14:textId="6543A97B" w:rsidR="00AC6BE4" w:rsidRDefault="00695A8C">
      <w:pPr>
        <w:spacing w:after="60" w:line="288" w:lineRule="auto"/>
      </w:pPr>
      <w:r>
        <w:rPr>
          <w:rFonts w:ascii="Times New Roman" w:hAnsi="Times New Roman"/>
          <w:sz w:val="26"/>
        </w:rPr>
        <w:t xml:space="preserve">   c) Địa chỉ trụ sở chính: ……………………………………………………………..</w:t>
      </w:r>
    </w:p>
    <w:p w14:paraId="068A7C5C" w14:textId="3646EF0D" w:rsidR="00AC6BE4" w:rsidRDefault="00695A8C">
      <w:pPr>
        <w:spacing w:after="60" w:line="288" w:lineRule="auto"/>
      </w:pPr>
      <w:r>
        <w:rPr>
          <w:rFonts w:ascii="Times New Roman" w:hAnsi="Times New Roman"/>
          <w:sz w:val="26"/>
        </w:rPr>
        <w:t xml:space="preserve">   d) Số điện thoại: …………….. , Fax: ....................................................................</w:t>
      </w:r>
    </w:p>
    <w:p w14:paraId="09D18B73" w14:textId="7C2383AE" w:rsidR="00AC6BE4" w:rsidRDefault="00695A8C">
      <w:pPr>
        <w:spacing w:after="60" w:line="288" w:lineRule="auto"/>
      </w:pPr>
      <w:r>
        <w:rPr>
          <w:rFonts w:ascii="Times New Roman" w:hAnsi="Times New Roman"/>
          <w:sz w:val="26"/>
        </w:rPr>
        <w:t xml:space="preserve">   Website: ………………………..          Email: ……………………………………</w:t>
      </w:r>
    </w:p>
    <w:p w14:paraId="46DF6CD4" w14:textId="25AA377C" w:rsidR="00AC6BE4" w:rsidRDefault="00695A8C">
      <w:pPr>
        <w:spacing w:after="60" w:line="288" w:lineRule="auto"/>
      </w:pPr>
      <w:r>
        <w:rPr>
          <w:rFonts w:ascii="Times New Roman" w:hAnsi="Times New Roman"/>
          <w:sz w:val="26"/>
        </w:rPr>
        <w:t xml:space="preserve">   đ) Quyết định thành lập, cho phép thành lập: [Quyết định số ……../QĐ-UBND ngày …………….. ban hành, cơ quan ban hành, trích yếu của quyết định].</w:t>
      </w:r>
    </w:p>
    <w:p w14:paraId="045EE7BF" w14:textId="77777777" w:rsidR="00AC6BE4" w:rsidRDefault="00695A8C">
      <w:pPr>
        <w:spacing w:after="60" w:line="288" w:lineRule="auto"/>
      </w:pPr>
      <w:r>
        <w:rPr>
          <w:rFonts w:ascii="Times New Roman" w:hAnsi="Times New Roman"/>
          <w:sz w:val="26"/>
        </w:rPr>
        <w:t xml:space="preserve">   e) Quyết định đổi tên, cho phép đổi tên (nếu có): [Quyết định số ..../QĐ-.... ngày, tháng, năm ban hành, cơ quan ban hành, trích yếu của từng quyết định].</w:t>
      </w:r>
    </w:p>
    <w:p w14:paraId="47ED3EFC" w14:textId="77777777" w:rsidR="00AC6BE4" w:rsidRDefault="00695A8C">
      <w:pPr>
        <w:spacing w:after="60" w:line="288" w:lineRule="auto"/>
      </w:pPr>
      <w:r>
        <w:rPr>
          <w:rFonts w:ascii="Times New Roman" w:hAnsi="Times New Roman"/>
          <w:sz w:val="26"/>
        </w:rPr>
        <w:t xml:space="preserve">   g) Quyết định cho phép hoạt động giáo dục (nếu có): [số hiệu, ngày, tháng, năm cấp, cơ quan cấp].</w:t>
      </w:r>
    </w:p>
    <w:p w14:paraId="73963704" w14:textId="77777777" w:rsidR="00AC6BE4" w:rsidRDefault="00695A8C">
      <w:pPr>
        <w:spacing w:after="60" w:line="288" w:lineRule="auto"/>
      </w:pPr>
      <w:r>
        <w:rPr>
          <w:rFonts w:ascii="Times New Roman" w:hAnsi="Times New Roman"/>
          <w:b/>
          <w:sz w:val="26"/>
        </w:rPr>
        <w:t xml:space="preserve">4. Lý do giải thể cơ sở giáo dục: </w:t>
      </w:r>
      <w:r>
        <w:rPr>
          <w:rFonts w:ascii="Times New Roman" w:hAnsi="Times New Roman"/>
          <w:sz w:val="26"/>
        </w:rPr>
        <w:t>Không đủ chi phí hoạt động.</w:t>
      </w:r>
    </w:p>
    <w:p w14:paraId="64C97CC0" w14:textId="77777777" w:rsidR="00AC6BE4" w:rsidRDefault="00695A8C">
      <w:pPr>
        <w:spacing w:after="60" w:line="288" w:lineRule="auto"/>
      </w:pPr>
      <w:r>
        <w:rPr>
          <w:rFonts w:ascii="Times New Roman" w:hAnsi="Times New Roman"/>
          <w:b/>
          <w:sz w:val="26"/>
        </w:rPr>
        <w:t xml:space="preserve">5. Phương án giải thể cơ sở giáo dục: </w:t>
      </w:r>
      <w:r>
        <w:rPr>
          <w:rFonts w:ascii="Times New Roman" w:hAnsi="Times New Roman"/>
          <w:sz w:val="26"/>
        </w:rPr>
        <w:t>Theo quy định của Pháp Luật</w:t>
      </w:r>
    </w:p>
    <w:p w14:paraId="20C3CBF6" w14:textId="77777777" w:rsidR="00AC6BE4" w:rsidRDefault="00695A8C">
      <w:pPr>
        <w:spacing w:after="60" w:line="288" w:lineRule="auto"/>
      </w:pPr>
      <w:r>
        <w:rPr>
          <w:rFonts w:ascii="Times New Roman" w:hAnsi="Times New Roman"/>
          <w:sz w:val="26"/>
        </w:rPr>
        <w:t xml:space="preserve">   a) Phương án giải quyết tài sản.</w:t>
      </w:r>
    </w:p>
    <w:p w14:paraId="127459A9" w14:textId="77777777" w:rsidR="00AC6BE4" w:rsidRDefault="00695A8C">
      <w:pPr>
        <w:spacing w:after="60" w:line="288" w:lineRule="auto"/>
      </w:pPr>
      <w:r>
        <w:rPr>
          <w:rFonts w:ascii="Times New Roman" w:hAnsi="Times New Roman"/>
          <w:sz w:val="26"/>
        </w:rPr>
        <w:t xml:space="preserve">   b) Phương án bảo đảm quyền lợi của người học.</w:t>
      </w:r>
    </w:p>
    <w:p w14:paraId="14A07234" w14:textId="77777777" w:rsidR="00AC6BE4" w:rsidRDefault="00695A8C">
      <w:pPr>
        <w:spacing w:after="60" w:line="288" w:lineRule="auto"/>
      </w:pPr>
      <w:r>
        <w:rPr>
          <w:rFonts w:ascii="Times New Roman" w:hAnsi="Times New Roman"/>
          <w:sz w:val="26"/>
        </w:rPr>
        <w:t xml:space="preserve">   c) Phương án bảo đảm quyền lợi của nhà giáo, cán bộ quản lý, nhân viên và người lao động.</w:t>
      </w:r>
    </w:p>
    <w:p w14:paraId="6A49E524" w14:textId="77777777" w:rsidR="00AC6BE4" w:rsidRDefault="00695A8C">
      <w:pPr>
        <w:spacing w:after="60" w:line="288" w:lineRule="auto"/>
      </w:pPr>
      <w:r>
        <w:rPr>
          <w:rFonts w:ascii="Times New Roman" w:hAnsi="Times New Roman"/>
          <w:sz w:val="26"/>
        </w:rPr>
        <w:t xml:space="preserve">   d) Phương án thực hiện nghĩa vụ về tài chính.</w:t>
      </w:r>
    </w:p>
    <w:p w14:paraId="2FE89562" w14:textId="77777777" w:rsidR="00AC6BE4" w:rsidRDefault="00695A8C">
      <w:pPr>
        <w:spacing w:after="60" w:line="288" w:lineRule="auto"/>
      </w:pPr>
      <w:r>
        <w:rPr>
          <w:rFonts w:ascii="Times New Roman" w:hAnsi="Times New Roman"/>
          <w:sz w:val="26"/>
        </w:rPr>
        <w:t xml:space="preserve">   đ) Phương án xử lý các vấn đề khác (nếu có).</w:t>
      </w:r>
    </w:p>
    <w:p w14:paraId="08B79B62" w14:textId="5E680E48" w:rsidR="00AC6BE4" w:rsidRDefault="00695A8C">
      <w:pPr>
        <w:spacing w:before="160" w:after="240" w:line="288" w:lineRule="auto"/>
        <w:jc w:val="both"/>
      </w:pPr>
      <w:r>
        <w:rPr>
          <w:rFonts w:ascii="Times New Roman" w:hAnsi="Times New Roman"/>
          <w:i/>
          <w:sz w:val="26"/>
        </w:rPr>
        <w:t>Đề nghị UBND ………………….. xem xét, quyết định.</w:t>
      </w:r>
    </w:p>
    <w:tbl>
      <w:tblPr>
        <w:tblW w:w="0" w:type="auto"/>
        <w:jc w:val="center"/>
        <w:tblLayout w:type="fixed"/>
        <w:tblLook w:val="04A0" w:firstRow="1" w:lastRow="0" w:firstColumn="1" w:lastColumn="0" w:noHBand="0" w:noVBand="1"/>
      </w:tblPr>
      <w:tblGrid>
        <w:gridCol w:w="4608"/>
        <w:gridCol w:w="5040"/>
      </w:tblGrid>
      <w:tr w:rsidR="00AC6BE4" w14:paraId="2F23DF0D" w14:textId="77777777">
        <w:trPr>
          <w:jc w:val="center"/>
        </w:trPr>
        <w:tc>
          <w:tcPr>
            <w:tcW w:w="4608" w:type="dxa"/>
          </w:tcPr>
          <w:p w14:paraId="06D0BCB9" w14:textId="77777777" w:rsidR="00AC6BE4" w:rsidRDefault="00695A8C">
            <w:r>
              <w:rPr>
                <w:rFonts w:ascii="Times New Roman" w:hAnsi="Times New Roman"/>
                <w:b/>
                <w:i/>
                <w:sz w:val="24"/>
              </w:rPr>
              <w:lastRenderedPageBreak/>
              <w:t>Nơi nhận:</w:t>
            </w:r>
            <w:r>
              <w:rPr>
                <w:rFonts w:ascii="Times New Roman" w:hAnsi="Times New Roman"/>
                <w:b/>
                <w:i/>
                <w:sz w:val="24"/>
              </w:rPr>
              <w:br/>
            </w:r>
            <w:r>
              <w:rPr>
                <w:rFonts w:ascii="Times New Roman" w:hAnsi="Times New Roman"/>
              </w:rPr>
              <w:t>- Như trên;</w:t>
            </w:r>
            <w:r>
              <w:rPr>
                <w:rFonts w:ascii="Times New Roman" w:hAnsi="Times New Roman"/>
              </w:rPr>
              <w:br/>
              <w:t>- Lưu: VT.</w:t>
            </w:r>
          </w:p>
        </w:tc>
        <w:tc>
          <w:tcPr>
            <w:tcW w:w="5040" w:type="dxa"/>
          </w:tcPr>
          <w:p w14:paraId="10E4A894" w14:textId="77777777" w:rsidR="00AC6BE4" w:rsidRDefault="00695A8C">
            <w:pPr>
              <w:jc w:val="center"/>
            </w:pPr>
            <w:r>
              <w:rPr>
                <w:rFonts w:ascii="Times New Roman" w:hAnsi="Times New Roman"/>
                <w:b/>
                <w:sz w:val="24"/>
              </w:rPr>
              <w:t>(5)</w:t>
            </w:r>
            <w:r>
              <w:rPr>
                <w:rFonts w:ascii="Times New Roman" w:hAnsi="Times New Roman"/>
                <w:b/>
                <w:sz w:val="24"/>
              </w:rPr>
              <w:br/>
            </w:r>
            <w:r>
              <w:rPr>
                <w:rFonts w:ascii="Times New Roman" w:hAnsi="Times New Roman"/>
                <w:i/>
              </w:rPr>
              <w:t>(Ký tên, đóng dấu, ghi rõ họ tên)</w:t>
            </w:r>
          </w:p>
        </w:tc>
      </w:tr>
    </w:tbl>
    <w:p w14:paraId="0E30D2C9" w14:textId="77777777" w:rsidR="00AC6BE4" w:rsidRDefault="00695A8C">
      <w:pPr>
        <w:spacing w:before="600" w:after="40"/>
      </w:pPr>
      <w:r>
        <w:rPr>
          <w:rFonts w:ascii="Times New Roman" w:hAnsi="Times New Roman"/>
          <w:b/>
          <w:i/>
          <w:sz w:val="20"/>
        </w:rPr>
        <w:t>Ghi chú:</w:t>
      </w:r>
    </w:p>
    <w:p w14:paraId="0213336D" w14:textId="77777777" w:rsidR="00AC6BE4" w:rsidRDefault="00695A8C">
      <w:pPr>
        <w:spacing w:after="40"/>
      </w:pPr>
      <w:r>
        <w:rPr>
          <w:rFonts w:ascii="Times New Roman" w:hAnsi="Times New Roman"/>
          <w:i/>
          <w:sz w:val="20"/>
        </w:rPr>
        <w:t>(1) Tên cơ quan quản lý cấp trên (nếu có) của cơ quan, tổ chức đề nghị giải thể cơ sở giáo dục.</w:t>
      </w:r>
    </w:p>
    <w:p w14:paraId="35A89E3C" w14:textId="77777777" w:rsidR="00AC6BE4" w:rsidRDefault="00695A8C">
      <w:pPr>
        <w:spacing w:after="40"/>
      </w:pPr>
      <w:r>
        <w:rPr>
          <w:rFonts w:ascii="Times New Roman" w:hAnsi="Times New Roman"/>
          <w:i/>
          <w:sz w:val="20"/>
        </w:rPr>
        <w:t>(2) Tên cơ quan, tổ chức đề nghị giải thể cơ sở giáo dục. Trường hợp là cá nhân sở hữu cơ sở giáo dục không ghi nội dung ở mục này.</w:t>
      </w:r>
    </w:p>
    <w:p w14:paraId="20CB4223" w14:textId="77777777" w:rsidR="00AC6BE4" w:rsidRDefault="00695A8C">
      <w:pPr>
        <w:spacing w:after="40"/>
      </w:pPr>
      <w:r>
        <w:rPr>
          <w:rFonts w:ascii="Times New Roman" w:hAnsi="Times New Roman"/>
          <w:i/>
          <w:sz w:val="20"/>
        </w:rPr>
        <w:t>(3) Ghi rõ đề nghị giải thể [tên cơ sở giáo dục].</w:t>
      </w:r>
    </w:p>
    <w:p w14:paraId="30B4F722" w14:textId="77777777" w:rsidR="00AC6BE4" w:rsidRDefault="00695A8C">
      <w:pPr>
        <w:spacing w:after="40"/>
      </w:pPr>
      <w:r>
        <w:rPr>
          <w:rFonts w:ascii="Times New Roman" w:hAnsi="Times New Roman"/>
          <w:i/>
          <w:sz w:val="20"/>
        </w:rPr>
        <w:t>(4) Người có thẩm quyền giải thể cơ sở giáo dục.</w:t>
      </w:r>
    </w:p>
    <w:p w14:paraId="29799298" w14:textId="77777777" w:rsidR="00AC6BE4" w:rsidRDefault="00695A8C">
      <w:pPr>
        <w:spacing w:after="40"/>
      </w:pPr>
      <w:r>
        <w:rPr>
          <w:rFonts w:ascii="Times New Roman" w:hAnsi="Times New Roman"/>
          <w:i/>
          <w:sz w:val="20"/>
        </w:rPr>
        <w:t>(5) Quyền hạn, chức vụ của người đứng đầu cơ quan, tổ chức, cá nhân đề nghị giải thể cơ sở giáo dục. Trường hợp là cá nhân sở hữu cơ sở giáo dục không phải đóng dấu.</w:t>
      </w:r>
    </w:p>
    <w:sectPr w:rsidR="00AC6BE4" w:rsidSect="00034616">
      <w:pgSz w:w="12240" w:h="15840"/>
      <w:pgMar w:top="1152" w:right="1152"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4853901">
    <w:abstractNumId w:val="8"/>
  </w:num>
  <w:num w:numId="2" w16cid:durableId="1148742689">
    <w:abstractNumId w:val="6"/>
  </w:num>
  <w:num w:numId="3" w16cid:durableId="140925991">
    <w:abstractNumId w:val="5"/>
  </w:num>
  <w:num w:numId="4" w16cid:durableId="2098092188">
    <w:abstractNumId w:val="4"/>
  </w:num>
  <w:num w:numId="5" w16cid:durableId="1318801420">
    <w:abstractNumId w:val="7"/>
  </w:num>
  <w:num w:numId="6" w16cid:durableId="906308176">
    <w:abstractNumId w:val="3"/>
  </w:num>
  <w:num w:numId="7" w16cid:durableId="1190879520">
    <w:abstractNumId w:val="2"/>
  </w:num>
  <w:num w:numId="8" w16cid:durableId="441463217">
    <w:abstractNumId w:val="1"/>
  </w:num>
  <w:num w:numId="9" w16cid:durableId="958797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124FD"/>
    <w:rsid w:val="00695A8C"/>
    <w:rsid w:val="00764F0C"/>
    <w:rsid w:val="00945A39"/>
    <w:rsid w:val="00AA1D8D"/>
    <w:rsid w:val="00AC6BE4"/>
    <w:rsid w:val="00B47730"/>
    <w:rsid w:val="00CB0664"/>
    <w:rsid w:val="00F32F5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EEC2C9"/>
  <w14:defaultImageDpi w14:val="300"/>
  <w15:docId w15:val="{53C26BC6-6EC8-42ED-94BA-FD7B74CB7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4</cp:revision>
  <dcterms:created xsi:type="dcterms:W3CDTF">2013-12-23T23:15:00Z</dcterms:created>
  <dcterms:modified xsi:type="dcterms:W3CDTF">2026-10-03T02:55:00Z</dcterms:modified>
  <cp:category/>
</cp:coreProperties>
</file>