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19AC20" w14:textId="7837D00C" w:rsidR="008D1944" w:rsidRPr="002B557C" w:rsidRDefault="00000000">
      <w:pPr>
        <w:spacing w:before="720" w:after="240"/>
        <w:jc w:val="center"/>
      </w:pPr>
      <w:r w:rsidRPr="002B557C">
        <w:rPr>
          <w:rFonts w:ascii="Times New Roman" w:hAnsi="Times New Roman"/>
          <w:b/>
          <w:sz w:val="30"/>
        </w:rPr>
        <w:t xml:space="preserve">ỦY BAN NHÂN DÂN PHƯỜNG </w:t>
      </w:r>
      <w:r w:rsidR="002B557C" w:rsidRPr="002B557C">
        <w:rPr>
          <w:rFonts w:ascii="Times New Roman" w:hAnsi="Times New Roman"/>
          <w:b/>
          <w:sz w:val="30"/>
        </w:rPr>
        <w:t>HỐ NAI</w:t>
      </w:r>
    </w:p>
    <w:p w14:paraId="47ED2DD4" w14:textId="77777777" w:rsidR="008D1944" w:rsidRPr="002B557C" w:rsidRDefault="00000000">
      <w:pPr>
        <w:spacing w:after="1600"/>
        <w:jc w:val="center"/>
      </w:pPr>
      <w:r w:rsidRPr="002B557C">
        <w:rPr>
          <w:rFonts w:ascii="Times New Roman" w:hAnsi="Times New Roman"/>
          <w:sz w:val="24"/>
        </w:rPr>
        <w:t>━━━━ ❖ ━━━━</w:t>
      </w:r>
    </w:p>
    <w:p w14:paraId="7103EE90" w14:textId="77777777" w:rsidR="008D1944" w:rsidRDefault="00000000">
      <w:pPr>
        <w:spacing w:after="1200"/>
        <w:jc w:val="center"/>
      </w:pPr>
      <w:r>
        <w:rPr>
          <w:rFonts w:ascii="Segoe UI Symbol" w:hAnsi="Segoe UI Symbol"/>
          <w:color w:val="1B365D"/>
          <w:sz w:val="80"/>
        </w:rPr>
        <w:t>⭐</w:t>
      </w:r>
    </w:p>
    <w:p w14:paraId="3EE3EE44" w14:textId="77777777" w:rsidR="008D1944" w:rsidRPr="002B557C" w:rsidRDefault="00000000">
      <w:pPr>
        <w:spacing w:after="320"/>
        <w:jc w:val="center"/>
        <w:rPr>
          <w:sz w:val="56"/>
          <w:szCs w:val="56"/>
        </w:rPr>
      </w:pPr>
      <w:r w:rsidRPr="002B557C">
        <w:rPr>
          <w:rFonts w:ascii="Times New Roman" w:hAnsi="Times New Roman"/>
          <w:b/>
          <w:sz w:val="56"/>
          <w:szCs w:val="56"/>
        </w:rPr>
        <w:t>HỒ SƠ MẪU LĨNH VỰC</w:t>
      </w:r>
    </w:p>
    <w:p w14:paraId="49388C88" w14:textId="77777777" w:rsidR="008D1944" w:rsidRPr="002B557C" w:rsidRDefault="00000000">
      <w:pPr>
        <w:spacing w:after="480"/>
        <w:jc w:val="center"/>
        <w:rPr>
          <w:sz w:val="96"/>
          <w:szCs w:val="96"/>
        </w:rPr>
      </w:pPr>
      <w:r w:rsidRPr="002B557C">
        <w:rPr>
          <w:rFonts w:ascii="Times New Roman" w:hAnsi="Times New Roman"/>
          <w:b/>
          <w:sz w:val="96"/>
          <w:szCs w:val="96"/>
        </w:rPr>
        <w:t>GIÁO DỤC</w:t>
      </w:r>
    </w:p>
    <w:sectPr w:rsidR="008D1944" w:rsidRPr="002B557C" w:rsidSect="00034616">
      <w:pgSz w:w="12240" w:h="15840"/>
      <w:pgMar w:top="1152" w:right="1152" w:bottom="1152" w:left="1152" w:header="720" w:footer="720" w:gutter="0"/>
      <w:pgBorders w:offsetFrom="page">
        <w:top w:val="double" w:sz="24" w:space="24" w:color="1B365D"/>
        <w:left w:val="double" w:sz="24" w:space="24" w:color="1B365D"/>
        <w:bottom w:val="double" w:sz="24" w:space="24" w:color="1B365D"/>
        <w:right w:val="double" w:sz="24" w:space="24" w:color="1B365D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89676376">
    <w:abstractNumId w:val="8"/>
  </w:num>
  <w:num w:numId="2" w16cid:durableId="777524387">
    <w:abstractNumId w:val="6"/>
  </w:num>
  <w:num w:numId="3" w16cid:durableId="1206793677">
    <w:abstractNumId w:val="5"/>
  </w:num>
  <w:num w:numId="4" w16cid:durableId="703553974">
    <w:abstractNumId w:val="4"/>
  </w:num>
  <w:num w:numId="5" w16cid:durableId="1623419562">
    <w:abstractNumId w:val="7"/>
  </w:num>
  <w:num w:numId="6" w16cid:durableId="465585041">
    <w:abstractNumId w:val="3"/>
  </w:num>
  <w:num w:numId="7" w16cid:durableId="737434213">
    <w:abstractNumId w:val="2"/>
  </w:num>
  <w:num w:numId="8" w16cid:durableId="1915778454">
    <w:abstractNumId w:val="1"/>
  </w:num>
  <w:num w:numId="9" w16cid:durableId="19317690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B557C"/>
    <w:rsid w:val="00326F90"/>
    <w:rsid w:val="008222F3"/>
    <w:rsid w:val="008D194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3FA7E68"/>
  <w14:defaultImageDpi w14:val="300"/>
  <w15:docId w15:val="{B7AD0C70-5C0A-4F3E-8376-5823EF4B6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2013-12-23T23:15:00Z</dcterms:created>
  <dcterms:modified xsi:type="dcterms:W3CDTF">2026-10-02T00:59:00Z</dcterms:modified>
  <cp:category/>
</cp:coreProperties>
</file>